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920"/>
        <w:jc w:val="left"/>
      </w:pPr>
      <w:r>
        <w:rPr>
          <w:rFonts w:ascii="Arial" w:hAnsi="Arial" w:cs="Arial" w:eastAsia="Arial"/>
          <w:b/>
          <w:sz w:val="80"/>
        </w:rPr>
        <w:t>FAX</w:t>
      </w:r>
      <w:r>
        <w:rPr>
          <w:rFonts w:ascii="Arial" w:hAnsi="Arial" w:cs="Arial" w:eastAsia="Arial"/>
          <w:b w:val="0"/>
          <w:sz w:val="18"/>
        </w:rPr>
        <w:tab/>
        <w:t>Date ______________   Pages (with cover) ____</w:t>
      </w:r>
    </w:p>
    <w:p>
      <w:pPr>
        <w:spacing w:before="0" w:after="240" w:lineRule="exact" w:line="80"/>
        <w:jc w:val="left"/>
        <w:pBdr>
          <w:bottom w:val="single" w:sz="1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00"/>
        <w:gridCol w:w="3640"/>
        <w:gridCol w:w="400"/>
        <w:gridCol w:w="1200"/>
        <w:gridCol w:w="3640"/>
      </w:tblGrid>
      <w:tr>
        <w:trPr>
          <w:trHeight w:val="440" w:hRule="exact"/>
        </w:trPr>
        <w:tc>
          <w:tcPr>
            <w:tcW w:type="dxa" w:w="484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RECIPIENT</w:t>
            </w:r>
          </w:p>
        </w:tc>
        <w:tc>
          <w:tcPr>
            <w:tcW w:type="dxa" w:w="400"/>
          </w:tcPr>
          <w:p/>
        </w:tc>
        <w:tc>
          <w:tcPr>
            <w:tcW w:type="dxa" w:w="484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SENDER</w:t>
            </w:r>
          </w:p>
        </w:tc>
      </w:tr>
      <w:tr>
        <w:trPr>
          <w:trHeight w:val="560" w:hRule="exact"/>
        </w:trPr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400"/>
          </w:tcPr>
          <w:p/>
        </w:tc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60" w:hRule="exact"/>
        </w:trPr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400"/>
          </w:tcPr>
          <w:p/>
        </w:tc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60" w:hRule="exact"/>
        </w:trPr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400"/>
          </w:tcPr>
          <w:p/>
        </w:tc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60" w:hRule="exact"/>
        </w:trPr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400"/>
          </w:tcPr>
          <w:p/>
        </w:tc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60" w:hRule="exact"/>
        </w:trPr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Email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400"/>
          </w:tcPr>
          <w:p/>
        </w:tc>
        <w:tc>
          <w:tcPr>
            <w:tcW w:type="dxa" w:w="120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Email</w:t>
            </w:r>
          </w:p>
        </w:tc>
        <w:tc>
          <w:tcPr>
            <w:tcW w:type="dxa" w:w="364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80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240" w:after="12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Two column (free template)</dc:title>
  <dc:subject>Free printable fax cover sheet, Two column design, US Letter. Side-by-side recipient and sender boxes with name, company, fax, phone and email for each.</dc:subject>
  <dc:creator>FaxFair</dc:creator>
  <cp:keywords>fax cover sheet, free fax cover sheet, fax cover sheet template, two column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