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Rule="exact" w:line="760"/>
        <w:jc w:val="left"/>
      </w:pPr>
      <w:r>
        <w:rPr>
          <w:rFonts w:ascii="Arial" w:hAnsi="Arial" w:cs="Arial" w:eastAsia="Arial"/>
          <w:b/>
          <w:sz w:val="64"/>
        </w:rPr>
        <w:t>Fax memo</w:t>
      </w:r>
    </w:p>
    <w:p>
      <w:pPr>
        <w:spacing w:before="0" w:after="240" w:lineRule="exact" w:line="80"/>
        <w:jc w:val="left"/>
        <w:pBdr>
          <w:bottom w:val="single" w:sz="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60"/>
        <w:gridCol w:w="4536"/>
        <w:gridCol w:w="360"/>
        <w:gridCol w:w="1000"/>
        <w:gridCol w:w="3024"/>
      </w:tblGrid>
      <w:tr>
        <w:trPr>
          <w:trHeight w:val="600" w:hRule="exact"/>
        </w:trPr>
        <w:tc>
          <w:tcPr>
            <w:tcW w:type="dxa" w:w="1160"/>
            <w:vAlign w:val="bottom"/>
          </w:tcPr>
          <w:p>
            <w:pPr>
              <w:spacing w:before="0" w:after="0" w:lineRule="exact" w:line="240"/>
              <w:jc w:val="left"/>
            </w:pPr>
            <w:r>
              <w:rPr>
                <w:rFonts w:ascii="Arial" w:hAnsi="Arial" w:cs="Arial" w:eastAsia="Arial"/>
                <w:b/>
                <w:sz w:val="20"/>
              </w:rPr>
              <w:t>TO:</w:t>
            </w:r>
          </w:p>
        </w:tc>
        <w:tc>
          <w:tcPr>
            <w:tcW w:type="dxa" w:w="4536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312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000"/>
            <w:vAlign w:val="bottom"/>
          </w:tcPr>
          <w:p>
            <w:pPr>
              <w:spacing w:before="0" w:after="0" w:lineRule="exact" w:line="240"/>
              <w:jc w:val="left"/>
            </w:pPr>
            <w:r>
              <w:rPr>
                <w:rFonts w:ascii="Arial" w:hAnsi="Arial" w:cs="Arial" w:eastAsia="Arial"/>
                <w:b/>
                <w:sz w:val="20"/>
              </w:rPr>
              <w:t>FAX:</w:t>
            </w:r>
          </w:p>
        </w:tc>
        <w:tc>
          <w:tcPr>
            <w:tcW w:type="dxa" w:w="3024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312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60"/>
        <w:gridCol w:w="4536"/>
        <w:gridCol w:w="360"/>
        <w:gridCol w:w="1000"/>
        <w:gridCol w:w="3024"/>
      </w:tblGrid>
      <w:tr>
        <w:trPr>
          <w:trHeight w:val="600" w:hRule="exact"/>
        </w:trPr>
        <w:tc>
          <w:tcPr>
            <w:tcW w:type="dxa" w:w="1160"/>
            <w:vAlign w:val="bottom"/>
          </w:tcPr>
          <w:p>
            <w:pPr>
              <w:spacing w:before="0" w:after="0" w:lineRule="exact" w:line="240"/>
              <w:jc w:val="left"/>
            </w:pPr>
            <w:r>
              <w:rPr>
                <w:rFonts w:ascii="Arial" w:hAnsi="Arial" w:cs="Arial" w:eastAsia="Arial"/>
                <w:b/>
                <w:sz w:val="20"/>
              </w:rPr>
              <w:t>FROM:</w:t>
            </w:r>
          </w:p>
        </w:tc>
        <w:tc>
          <w:tcPr>
            <w:tcW w:type="dxa" w:w="4536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312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000"/>
            <w:vAlign w:val="bottom"/>
          </w:tcPr>
          <w:p>
            <w:pPr>
              <w:spacing w:before="0" w:after="0" w:lineRule="exact" w:line="240"/>
              <w:jc w:val="left"/>
            </w:pPr>
            <w:r>
              <w:rPr>
                <w:rFonts w:ascii="Arial" w:hAnsi="Arial" w:cs="Arial" w:eastAsia="Arial"/>
                <w:b/>
                <w:sz w:val="20"/>
              </w:rPr>
              <w:t>PHONE:</w:t>
            </w:r>
          </w:p>
        </w:tc>
        <w:tc>
          <w:tcPr>
            <w:tcW w:type="dxa" w:w="3024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312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60"/>
        <w:gridCol w:w="4536"/>
        <w:gridCol w:w="360"/>
        <w:gridCol w:w="1000"/>
        <w:gridCol w:w="3024"/>
      </w:tblGrid>
      <w:tr>
        <w:trPr>
          <w:trHeight w:val="600" w:hRule="exact"/>
        </w:trPr>
        <w:tc>
          <w:tcPr>
            <w:tcW w:type="dxa" w:w="1160"/>
            <w:vAlign w:val="bottom"/>
          </w:tcPr>
          <w:p>
            <w:pPr>
              <w:spacing w:before="0" w:after="0" w:lineRule="exact" w:line="240"/>
              <w:jc w:val="left"/>
            </w:pPr>
            <w:r>
              <w:rPr>
                <w:rFonts w:ascii="Arial" w:hAnsi="Arial" w:cs="Arial" w:eastAsia="Arial"/>
                <w:b/>
                <w:sz w:val="20"/>
              </w:rPr>
              <w:t>DATE:</w:t>
            </w:r>
          </w:p>
        </w:tc>
        <w:tc>
          <w:tcPr>
            <w:tcW w:type="dxa" w:w="4536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312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000"/>
            <w:vAlign w:val="bottom"/>
          </w:tcPr>
          <w:p>
            <w:pPr>
              <w:spacing w:before="0" w:after="0" w:lineRule="exact" w:line="240"/>
              <w:jc w:val="left"/>
            </w:pPr>
            <w:r>
              <w:rPr>
                <w:rFonts w:ascii="Arial" w:hAnsi="Arial" w:cs="Arial" w:eastAsia="Arial"/>
                <w:b/>
                <w:sz w:val="20"/>
              </w:rPr>
              <w:t>PAGES:</w:t>
            </w:r>
          </w:p>
        </w:tc>
        <w:tc>
          <w:tcPr>
            <w:tcW w:type="dxa" w:w="3024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312"/>
              <w:jc w:val="left"/>
            </w:pP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60"/>
        <w:gridCol w:w="8920"/>
      </w:tblGrid>
      <w:tr>
        <w:trPr>
          <w:trHeight w:val="600" w:hRule="exact"/>
        </w:trPr>
        <w:tc>
          <w:tcPr>
            <w:tcW w:type="dxa" w:w="1160"/>
            <w:vAlign w:val="bottom"/>
          </w:tcPr>
          <w:p>
            <w:pPr>
              <w:spacing w:before="0" w:after="0" w:lineRule="exact" w:line="240"/>
              <w:jc w:val="left"/>
            </w:pPr>
            <w:r>
              <w:rPr>
                <w:rFonts w:ascii="Arial" w:hAnsi="Arial" w:cs="Arial" w:eastAsia="Arial"/>
                <w:b/>
                <w:sz w:val="20"/>
              </w:rPr>
              <w:t>RE:</w:t>
            </w:r>
          </w:p>
        </w:tc>
        <w:tc>
          <w:tcPr>
            <w:tcW w:type="dxa" w:w="892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312"/>
              <w:jc w:val="left"/>
            </w:pPr>
          </w:p>
        </w:tc>
      </w:tr>
    </w:tbl>
    <w:p>
      <w:pPr>
        <w:spacing w:before="60" w:after="0" w:lineRule="exact" w:line="204"/>
        <w:jc w:val="right"/>
      </w:pPr>
      <w:r>
        <w:rPr>
          <w:rFonts w:ascii="Arial" w:hAnsi="Arial" w:cs="Arial" w:eastAsia="Arial"/>
          <w:b w:val="0"/>
          <w:sz w:val="17"/>
        </w:rPr>
        <w:t>Pages include this cover sheet.</w:t>
      </w:r>
    </w:p>
    <w:p>
      <w:pPr>
        <w:spacing w:before="0" w:after="80" w:lineRule="exact" w:line="80"/>
        <w:jc w:val="left"/>
        <w:pBdr>
          <w:bottom w:val="single" w:sz="18" w:space="0" w:color="000000"/>
        </w:pBdr>
      </w:pPr>
    </w:p>
    <w:p>
      <w:pPr>
        <w:spacing w:before="80" w:after="8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0" w:after="120" w:lineRule="exact" w:line="80"/>
        <w:jc w:val="left"/>
        <w:pBdr>
          <w:bottom w:val="single" w:sz="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52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Fax memo (free template)</dc:title>
  <dc:subject>Free printable fax cover sheet, Fax memo design, US Letter. Memo-style TO, FROM, DATE and RE lines over a heavy rule, leaving most of the page for your message.</dc:subject>
  <dc:creator>FaxFair</dc:creator>
  <cp:keywords>fax cover sheet, free fax cover sheet, fax cover sheet template, fax memo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