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Rule="exact" w:line="600"/>
        <w:jc w:val="left"/>
      </w:pPr>
      <w:r>
        <w:rPr>
          <w:rFonts w:ascii="Arial" w:hAnsi="Arial" w:cs="Arial" w:eastAsia="Arial"/>
          <w:b/>
          <w:sz w:val="48"/>
        </w:rPr>
        <w:t>Fax cover sheet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rPr>
          <w:trHeight w:val="400" w:hRule="exact"/>
        </w:trPr>
        <w:tc>
          <w:tcPr>
            <w:tcW w:type="dxa" w:w="5040"/>
            <w:vAlign w:val="center"/>
            <w:tcBorders>
              <w:top w:val="single" w:sz="10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TO</w:t>
            </w:r>
          </w:p>
        </w:tc>
        <w:tc>
          <w:tcPr>
            <w:tcW w:type="dxa" w:w="5040"/>
            <w:vAlign w:val="center"/>
            <w:tcBorders>
              <w:top w:val="single" w:sz="10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FROM</w:t>
            </w:r>
          </w:p>
        </w:tc>
      </w:tr>
      <w:tr>
        <w:trPr>
          <w:trHeight w:val="760" w:hRule="exact"/>
        </w:trPr>
        <w:tc>
          <w:tcPr>
            <w:tcW w:type="dxa" w:w="5040"/>
            <w:vAlign w:val="top"/>
            <w:tcBorders>
              <w:top w:val="single" w:sz="10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Name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5040"/>
            <w:vAlign w:val="top"/>
            <w:tcBorders>
              <w:top w:val="single" w:sz="10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Name</w:t>
            </w:r>
          </w:p>
          <w:p>
            <w:pPr>
              <w:spacing w:before="0" w:after="0" w:lineRule="exact" w:line="300"/>
              <w:jc w:val="left"/>
            </w:pPr>
          </w:p>
        </w:tc>
      </w:tr>
      <w:tr>
        <w:trPr>
          <w:trHeight w:val="760" w:hRule="exact"/>
        </w:trPr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Company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Company</w:t>
            </w:r>
          </w:p>
          <w:p>
            <w:pPr>
              <w:spacing w:before="0" w:after="0" w:lineRule="exact" w:line="300"/>
              <w:jc w:val="left"/>
            </w:pPr>
          </w:p>
        </w:tc>
      </w:tr>
      <w:tr>
        <w:trPr>
          <w:trHeight w:val="760" w:hRule="exact"/>
        </w:trPr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Fax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Fax</w:t>
            </w:r>
          </w:p>
          <w:p>
            <w:pPr>
              <w:spacing w:before="0" w:after="0" w:lineRule="exact" w:line="300"/>
              <w:jc w:val="left"/>
            </w:pPr>
          </w:p>
        </w:tc>
      </w:tr>
      <w:tr>
        <w:trPr>
          <w:trHeight w:val="760" w:hRule="exact"/>
        </w:trPr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Phone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Phone</w:t>
            </w:r>
          </w:p>
          <w:p>
            <w:pPr>
              <w:spacing w:before="0" w:after="0" w:lineRule="exact" w:line="300"/>
              <w:jc w:val="left"/>
            </w:pPr>
          </w:p>
        </w:tc>
      </w:tr>
      <w:tr>
        <w:trPr>
          <w:trHeight w:val="760" w:hRule="exact"/>
        </w:trPr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Date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Pages (with cover)</w:t>
            </w:r>
          </w:p>
          <w:p>
            <w:pPr>
              <w:spacing w:before="0" w:after="0" w:lineRule="exact" w:line="300"/>
              <w:jc w:val="left"/>
            </w:pPr>
          </w:p>
        </w:tc>
      </w:tr>
      <w:tr>
        <w:trPr>
          <w:trHeight w:val="760" w:hRule="exact"/>
        </w:trPr>
        <w:tc>
          <w:tcPr>
            <w:tcW w:type="dxa" w:w="10080"/>
            <w:gridSpan w:val="2"/>
            <w:vAlign w:val="top"/>
            <w:tcBorders>
              <w:top w:val="single" w:sz="6" w:space="0" w:color="000000"/>
              <w:bottom w:val="single" w:sz="10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Subject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8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600" w:hRule="exact"/>
        </w:trPr>
        <w:tc>
          <w:tcPr>
            <w:tcW w:type="dxa" w:w="10080"/>
            <w:vAlign w:val="center"/>
            <w:tcBorders>
              <w:top w:val="single" w:sz="10" w:space="0" w:color="000000"/>
              <w:bottom w:val="single" w:sz="10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40"/>
              <w:jc w:val="left"/>
            </w:pPr>
            <w:r>
              <w:rPr>
                <w:rFonts w:ascii="Arial" w:hAnsi="Arial" w:cs="Arial" w:eastAsia="Arial"/>
                <w:b w:val="0"/>
                <w:sz w:val="20"/>
              </w:rPr>
              <w:t>☐ Urgent</w:t>
            </w:r>
            <w:r>
              <w:rPr>
                <w:rFonts w:ascii="Arial" w:hAnsi="Arial" w:cs="Arial" w:eastAsia="Arial"/>
                <w:b w:val="0"/>
                <w:sz w:val="20"/>
              </w:rPr>
              <w:t xml:space="preserve">      ☐ For review</w:t>
            </w:r>
            <w:r>
              <w:rPr>
                <w:rFonts w:ascii="Arial" w:hAnsi="Arial" w:cs="Arial" w:eastAsia="Arial"/>
                <w:b w:val="0"/>
                <w:sz w:val="20"/>
              </w:rPr>
              <w:t xml:space="preserve">      ☐ Please comment</w:t>
            </w:r>
            <w:r>
              <w:rPr>
                <w:rFonts w:ascii="Arial" w:hAnsi="Arial" w:cs="Arial" w:eastAsia="Arial"/>
                <w:b w:val="0"/>
                <w:sz w:val="20"/>
              </w:rPr>
              <w:t xml:space="preserve">      ☐ Please reply</w:t>
            </w:r>
            <w:r>
              <w:rPr>
                <w:rFonts w:ascii="Arial" w:hAnsi="Arial" w:cs="Arial" w:eastAsia="Arial"/>
                <w:b w:val="0"/>
                <w:sz w:val="20"/>
              </w:rPr>
              <w:t xml:space="preserve">      ☐ Please recycle</w:t>
            </w: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120"/>
        <w:jc w:val="left"/>
      </w:pP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  <w:top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10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Form grid (free template)</dc:title>
  <dc:subject>Free printable fax cover sheet, Form grid design, US Letter. Every detail in one ruled grid, with To and From side by side, including both fax and phone numbers.</dc:subject>
  <dc:creator>FaxFair</dc:creator>
  <cp:keywords>fax cover sheet, free fax cover sheet, fax cover sheet template, form grid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